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Halte aux hackers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Scambray, Joel/ McClure, Stuart/ Kurtz, George/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OEM/ </w:t>
            </w:r>
          </w:p>
        </w:tc>
      </w:tr>
      <w:tr>
        <w:trPr>
          <w:trHeight w:val="567"/>
        </w:trPr>
        <w:tc>
          <w:tcPr>
            <w:tcW w:type="dxa" w:w="3000"/>
          </w:tcPr>
          <w:p>
            <w:r>
              <w:t>Nombre de Pages</w:t>
            </w:r>
          </w:p>
        </w:tc>
        <w:tc>
          <w:tcPr>
            <w:tcW w:type="dxa" w:w="7000"/>
          </w:tcPr>
          <w:p>
            <w:r>
              <w:t>804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p.p.765-804</w:t>
            </w:r>
          </w:p>
        </w:tc>
      </w:tr>
      <w:tr>
        <w:trPr>
          <w:trHeight w:val="567"/>
        </w:trPr>
        <w:tc>
          <w:tcPr>
            <w:tcW w:type="dxa" w:w="3000"/>
          </w:tcPr>
          <w:p>
            <w:r>
              <w:t>Numéro d'Identification</w:t>
            </w:r>
          </w:p>
        </w:tc>
        <w:tc>
          <w:tcPr>
            <w:tcW w:type="dxa" w:w="7000"/>
          </w:tcPr>
          <w:p>
            <w:r>
              <w:t>2746404079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cybersécurité/ technologies de sécurité/ </w:t>
            </w:r>
          </w:p>
        </w:tc>
      </w:tr>
    </w:tbl>
    <w:p>
      <w:pPr>
        <w:pStyle w:val="Heading3"/>
      </w:pPr>
      <w:r>
        <w:t>Résumé :</w:t>
      </w:r>
    </w:p>
    <w:p>
      <w:r>
        <w:t>Cet ouvrage essentiel qui aborde les menaces de la cybersécurité et propose des solutions pour protéger les systèmes d’information. Écrit par des experts en sécurité informatique, Joel Scambray, Stuart McClure et George Kurtz, ce livre met en lumière les techniques utilisées par les hackers pour infiltrer les réseaux et compromettre les données. Grâce à des exemples concrets et des études de cas, les auteurs expliquent comment identifier les vulnérabilités et mettre en place des mesures de prévention. Ce livre, mis à jour pour refléter les évolutions du paysage numérique, est un guide indispensable pour les professionnels de l’IT, les entreprises et toute personne souhaitant sécuriser ses informations.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