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Corrigé des exercices et TP du Traité de l'électronique analogique et numérique de P. Horowitz &amp; W. Hill &amp; T. C. Hayes.t1, Électronique analogique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Herzogenrath, Michael/ Vieillard, Jean Christophe/ Brodier,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Publitronic-Elektor/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Bibliothèque d'électronique(N°:None)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2866611128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analogique/ mesure expérimentale/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