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moléculaire-UE1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1re année santé(N°:None)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9782100598427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code génétique/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tout-en-un (50 % cours + 50 % QCM et exercices corrigés) destiné aux étudiants en 1re année Santé (PACES) pour la préparation des concours Médecine-Pharmacie-Dentaire-Sage femme. Il présente de façon claire et progressive l'ensemble des notions de Biologie moléculaire à connaître, aide l'étudiant à tester ses connaissances et à s'entraîner aux modalités du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