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d'électronique.T2,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Catelin, Henri/ Joubert, 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115 p.</w:t>
            </w:r>
          </w:p>
        </w:tc>
      </w:tr>
      <w:tr>
        <w:trPr>
          <w:trHeight w:val="567"/>
        </w:trPr>
        <w:tc>
          <w:tcPr>
            <w:tcW w:type="dxa" w:w="3000"/>
          </w:tcPr>
          <w:p>
            <w:r>
              <w:t>Illustration</w:t>
            </w:r>
          </w:p>
        </w:tc>
        <w:tc>
          <w:tcPr>
            <w:tcW w:type="dxa" w:w="7000"/>
          </w:tcPr>
          <w:p>
            <w:r>
              <w:t>iIll.,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mesure électronique/ composant électronique/ </w:t>
            </w:r>
          </w:p>
        </w:tc>
      </w:tr>
    </w:tbl>
    <w:p>
      <w:pPr>
        <w:pStyle w:val="Heading3"/>
      </w:pPr>
      <w:r>
        <w:t>Résumé :</w:t>
      </w:r>
    </w:p>
    <w:p>
      <w:r>
        <w:t>Le livre "Mesures d'électronique T.2 : Composants électroniques" de Henri Catelin aborde les principes de base de l'électronique, se concentrant sur les éléments fondamentaux constituant les circuits, tels que les résistances, condensateurs et inductances, et leur comportement. Le texte explique comment ces composants sont utilisés pour manipuler l'énergie électrique et forme un socle essentiel pour comprendre les systèmes électroniques plus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