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 de l'électronique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Grabowski, Bogdan/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2040031049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électronique/ électronic circuits/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