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électroniques programmables sur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Gueulle, Patrick/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2100491695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composants électroniques/ programmables sur pc/ </w:t>
            </w:r>
          </w:p>
        </w:tc>
      </w:tr>
    </w:tbl>
    <w:p>
      <w:pPr>
        <w:pStyle w:val="Heading3"/>
      </w:pPr>
      <w:r>
        <w:t>Résumé :</w:t>
      </w:r>
    </w:p>
    <w:p>
      <w:r>
        <w:t>Mémoires non volatiles, EPLD, microcontrôleurs... nombre de composants électroniques sont programmables sur PC. Cet ouvrage vous expose les techniques qui permettent d'écrire dans le silicium, afin de concevoir et produire vos propres circuits intégrés, par définition introuvables dans le commerce. Outre une présentation détaillée des principales familles de composants programmables, il présente tous les plans des programmateurs nécessaires à leur mise en œuvre, y compris les tracés des circuits imprimés. Dans cette troisième édition, augmentée et mise à jour, un CD-ROM rassemble tous les programmes requis, ainsi que divers logiciels professionnels : compilateur logique, éditeur de fichier,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