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Wilcox, Bruce R/ Renou, Guy/ Pigot-Renou, Danièle/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2913996078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présentent les notions essentielles dans chacune des matières fondamentales sous une forme concise et épurée afin de mieux préparer l'étudiant de PCEM 1 au concours.</w:t>
        <w:br/>
        <w:br/>
        <w:br/>
        <w:br/>
        <w:t>Rédigés par des auteurs reconnus et experts dans leur spécialité, ils constituent des outils efficaces de préparation, avec des textes dépouillés et un recours systématique à l'image et au schéma pour expliquer des idées complexes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