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Principes des techniques de biologie moléculaire et génomique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Tagu, Denis/ Possamai, Stéphanie Jaubert/ Stéphanie Jaubert , Possamai/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Éditions Quae/ </w:t>
            </w:r>
          </w:p>
        </w:tc>
      </w:tr>
      <w:tr>
        <w:trPr>
          <w:trHeight w:val="567"/>
        </w:trPr>
        <w:tc>
          <w:tcPr>
            <w:tcW w:type="dxa" w:w="3000"/>
          </w:tcPr>
          <w:p>
            <w:r>
              <w:t>Nombre de Pages</w:t>
            </w:r>
          </w:p>
        </w:tc>
        <w:tc>
          <w:tcPr>
            <w:tcW w:type="dxa" w:w="7000"/>
          </w:tcPr>
          <w:p>
            <w:r>
              <w:t>312 p.</w:t>
            </w:r>
          </w:p>
        </w:tc>
      </w:tr>
      <w:tr>
        <w:trPr>
          <w:trHeight w:val="567"/>
        </w:trPr>
        <w:tc>
          <w:tcPr>
            <w:tcW w:type="dxa" w:w="3000"/>
          </w:tcPr>
          <w:p>
            <w:r>
              <w:t>Illustration</w:t>
            </w:r>
          </w:p>
        </w:tc>
        <w:tc>
          <w:tcPr>
            <w:tcW w:type="dxa" w:w="7000"/>
          </w:tcPr>
          <w:p>
            <w:r>
              <w:t>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Notes bibliogr.</w:t>
            </w:r>
          </w:p>
        </w:tc>
      </w:tr>
      <w:tr>
        <w:trPr>
          <w:trHeight w:val="567"/>
        </w:trPr>
        <w:tc>
          <w:tcPr>
            <w:tcW w:type="dxa" w:w="3000"/>
          </w:tcPr>
          <w:p>
            <w:r>
              <w:t>Numéro d'Identification</w:t>
            </w:r>
          </w:p>
        </w:tc>
        <w:tc>
          <w:tcPr>
            <w:tcW w:type="dxa" w:w="7000"/>
          </w:tcPr>
          <w:p>
            <w:r>
              <w:t>9782759228850</w:t>
            </w:r>
          </w:p>
        </w:tc>
      </w:tr>
      <w:tr>
        <w:trPr>
          <w:trHeight w:val="567"/>
        </w:trPr>
        <w:tc>
          <w:tcPr>
            <w:tcW w:type="dxa" w:w="3000"/>
          </w:tcPr>
          <w:p>
            <w:r>
              <w:t>Thème</w:t>
            </w:r>
          </w:p>
        </w:tc>
        <w:tc>
          <w:tcPr>
            <w:tcW w:type="dxa" w:w="7000"/>
          </w:tcPr>
          <w:p>
            <w:r>
              <w:t>Biologie céllulaire</w:t>
            </w:r>
          </w:p>
        </w:tc>
      </w:tr>
      <w:tr>
        <w:trPr>
          <w:trHeight w:val="567"/>
        </w:trPr>
        <w:tc>
          <w:tcPr>
            <w:tcW w:type="dxa" w:w="3000"/>
          </w:tcPr>
          <w:p>
            <w:r>
              <w:t>Classification(s)</w:t>
            </w:r>
          </w:p>
        </w:tc>
        <w:tc>
          <w:tcPr>
            <w:tcW w:type="dxa" w:w="7000"/>
          </w:tcPr>
          <w:p>
            <w:r>
              <w:t xml:space="preserve">571.6/ </w:t>
            </w:r>
          </w:p>
        </w:tc>
      </w:tr>
      <w:tr>
        <w:trPr>
          <w:trHeight w:val="567"/>
        </w:trPr>
        <w:tc>
          <w:tcPr>
            <w:tcW w:type="dxa" w:w="3000"/>
          </w:tcPr>
          <w:p>
            <w:r>
              <w:t>Sujet(s)</w:t>
            </w:r>
          </w:p>
        </w:tc>
        <w:tc>
          <w:tcPr>
            <w:tcW w:type="dxa" w:w="7000"/>
          </w:tcPr>
          <w:p>
            <w:r>
              <w:t xml:space="preserve">métabolomique/ </w:t>
            </w:r>
          </w:p>
        </w:tc>
      </w:tr>
    </w:tbl>
    <w:p>
      <w:pPr>
        <w:pStyle w:val="Heading3"/>
      </w:pPr>
      <w:r>
        <w:t>Résumé :</w:t>
      </w:r>
    </w:p>
    <w:p>
      <w:r>
        <w:t>Cet ouvrage très didactique présente, sous forme de fiches, les principales techniques utilisées dans les laboratoires pour étudier le fonctionnement du vivant via les acides nucléiques. Après quelques définitions et généralités sur la structure des gènes, on y décrit les techniques de base en biologie moléculaire et génomique.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