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Mesures électriques et électroniques.V2, recueil d'exercices et de problèmes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Fabre.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d'electronique(N°:None)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 électrique/ recueil d'exercices/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document pédagogique destiné à initier les étudiants aux techniques de mesure des grandeurs électriques et électroniques.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