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évolutive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Frédéric/ Lefebvre, Thierry/ Raymond, Michel/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965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9782807302969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 livre s'adresse aux étudiants de Master, aux chercheurs, à tous ceux qui s'intéressent de près ou de loin à la biologie évolutive. Ce livre est une invitation à découvrir la biologie évolutive aussi bien au travers de l'élégance de sa formulation, l'étendue de ses applications, que par la complexité de ses dérivations. En étudiant les mécanismes mêmes qui conduisent à l'évolution des êtres vivants, la biologie évolutive porte un éclairage vigoureux sur le monde vivant et propose une méthode éprouvée pour le comprendre.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