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biologie moléculaire en 1001 QCM et en QROC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Cailliez, Jean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le programme de biologie moléculaire en QCM et QROC avec corrigés et commentaires permettant une révision des points essentiels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