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fondamentale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Cozmita,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institut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fondamentale/ théorème de réseau/ </w:t>
            </w:r>
          </w:p>
        </w:tc>
      </w:tr>
    </w:tbl>
    <w:p>
      <w:pPr>
        <w:pStyle w:val="Heading3"/>
      </w:pPr>
      <w:r>
        <w:t>Résumé :</w:t>
      </w:r>
    </w:p>
    <w:p>
      <w:r>
        <w:t>c’est un outil pédagogique pratique qui aide les étudiants en électronique à développer leur savoir-faire expérimental, à comprendre les comportements réels des circuits et à maîtriser les méthodes de mesure et d’analyse.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