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[douze] 12 Applications Pratiques pour Maîtriser le PIC-BASIC PB-3B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Guihéneuf,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Publitronic-Elektor/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PIC-BASIC/ interface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l'auteur décrit chaque application en détail, avec toutes les informations propres à la réalisation (circuit imprimé, liste et implantation des composants, mise au point), puis fait une lecture commentée du programme BASIC correspondant. Le lecteur apprend ici à concevoir et réaliser des applications personnelles ! Le module programmable PICBASIC PB-3B ne coûte que quelques dizaines d'euros et l'environnement de développement PICBASIC Studio est disponible en libre téléchargement et en version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