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Zoologie. 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Boué, Henry/ Chanton,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559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Biologie(N°:None)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 539-541. 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2704000441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animale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590/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zoologie/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une **introduction générale à la zoologie des invertébrés**. Il présente les grandes **lignes de l’organisation animale** en mettant l’accent sur la diversité morphologique, anatomique et physiologique des principaux embranchements.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