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base de theorie et du traitement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Herous, L/ Saad, S/ Djeddi,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parseval/ developpement graphique/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constitue une introduction aux notions fondamentales du traitement du signal, destiné principalement aux étudiants en électronique, électrotechnique, télécommunications et informatique industrielle.</w:t>
        <w:br/>
        <w:br/>
        <w:t>L’ouvrage expose les concepts de base permettant de modéliser, analyser et transformer les signaux. On y trouve :</w:t>
        <w:br/>
        <w:br/>
        <w:t>* La définition des signaux  (déterministes, aléatoires, continus, discrets, périodiques, apériodiques) et leurs principales caractéristiques temporelles et fréquentielles.</w:t>
        <w:br/>
        <w:br/>
        <w:t>Les notions d’opérateurs linéaires et de systèmes (linéarité, invariance temporelle, causalité, stabilité).</w:t>
        <w:br/>
        <w:br/>
        <w:t>* L’analyse fréquentielle des signaux : séries de Fourier, transformée de Fourier, transformée de Laplace et transformée en Z pour les signaux discrets.</w:t>
        <w:br/>
        <w:br/>
        <w:t>* L’étude de la convolution, de la réponse impulsionnelle et de la réponse fréquentielle des systèmes.</w:t>
        <w:br/>
        <w:br/>
        <w:t>* Les bases de l’échantillonnage et de la reconstruction des signaux (théorème de Shannon, aliasing).</w:t>
        <w:br/>
        <w:br/>
        <w:t>* Une introduction aux filtres analogiques et numériques, ainsi qu’aux méthodes de traitement de signaux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