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commutation électronique.T2, logiciel, mise en oeuvre des systemes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GRINSEC/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Bibliogre.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commutation électronique/ structure memoire/ fiabelité de systeme/ </w:t>
            </w:r>
          </w:p>
        </w:tc>
      </w:tr>
    </w:tbl>
    <w:p>
      <w:pPr>
        <w:pStyle w:val="Heading3"/>
      </w:pPr>
      <w:r>
        <w:t>Résumé :</w:t>
      </w:r>
    </w:p>
    <w:p>
      <w:r>
        <w:t>a commutation électronique est la technique de transmission d'informations qui utilise des composants électroniques tels que les transistors et les circuits intégrés pour établir et diriger des connexions, remplaçant les anciens systèmes électromécaniques et assurant des fonctions de réseau et de gestion de données. L'implémentation logicielle de la commutation électronique s'appuie sur l'utilisation de dispositifs tels que les commutateurs réseau (switchs) pour le transfert de données, en mettant en œuvre différentes stratégies comme la commutation de circuits, de messages ou de paquets.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