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 en 30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Luchetta,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9782100515233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</w:tbl>
    <w:p>
      <w:pPr>
        <w:pStyle w:val="Heading3"/>
      </w:pPr>
      <w:r>
        <w:t>Résumé :</w:t>
      </w:r>
    </w:p>
    <w:p>
      <w:r>
        <w:t>cet ouvrage permet de comprendre facilement et de réviser rapidement l’essentiel des notions de biologie moléculaire utiles aux étudiants L1/L2, présentées sous forme de fiches pédagogiques.</w:t>
        <w:br/>
        <w:br/>
        <w:t>Chaque fiche, de 4 à 8 pages, comprend un rappel de cours concis et illustré, avec les idées clés à connaître, suivi d’exercices d’application dont la résolution détaillée est appuyée par des conseils méthodologiques. Au sein des fiches, des encarts font le lien entre notions théoriques et applications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