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d'exercices corriges sur les circuits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 Youcef/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le cours d'electronique(N°:None)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transistor bipolaire/ amplicateur operationnel/ </w:t>
            </w:r>
          </w:p>
        </w:tc>
      </w:tr>
    </w:tbl>
    <w:p>
      <w:pPr>
        <w:pStyle w:val="Heading3"/>
      </w:pPr>
      <w:r>
        <w:t>Résumé :</w:t>
      </w:r>
    </w:p>
    <w:p>
      <w:r>
        <w:t>Ce recueil est un ouvrage pédagogique conçu pour accompagner l’apprentissage de l’électronique à travers la pratique. Il propose une large sélection d’exercices et de problèmes entièrement corrigés, permettant aux étudiants de consolider leurs connaissances théoriques et de développer leurs compétences en analyse et conception de circuits.</w:t>
        <w:br/>
        <w:br/>
        <w:t>Le contenu couvre les notions fondamentales de l’électronique analogique et numérique :</w:t>
        <w:br/>
        <w:br/>
        <w:t>* Les composants de base (diodes, transistors, amplificateurs opérationnels).</w:t>
        <w:br/>
        <w:br/>
        <w:t>* Les circuits d’amplification et de filtrage.</w:t>
        <w:br/>
        <w:br/>
        <w:t>* Les montages de régulation et d’oscillation.</w:t>
        <w:br/>
        <w:br/>
        <w:t>* Les circuits logiques et applications numériques simples.</w:t>
        <w:br/>
        <w:br/>
        <w:t>* Les méthodes d’analyse et de résolution des schémas électroniques.</w:t>
        <w:br/>
        <w:br/>
        <w:t>Chaque exercice est suivi d’une solution détaillée, ce qui permet non seulement de vérifier les résultats mais aussi de comprendre la démarche de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