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Beaumont, André/ Cassier, Pierre/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XII-969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2100486950</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invertébrés/ protozoaires/ </w:t>
            </w:r>
          </w:p>
        </w:tc>
      </w:tr>
    </w:tbl>
    <w:p>
      <w:pPr>
        <w:pStyle w:val="Heading3"/>
      </w:pPr>
      <w:r>
        <w:t>Résumé :</w:t>
      </w:r>
    </w:p>
    <w:p>
      <w:r>
        <w:t>Présentation du règne animal. Les Protozoaires. Les Spongiaires. Les Cnidaires. Les Cténaires. Les Plathelminthes Les Némertiens. Les Rotifères. Les Némathelminthes. Les Annélides. Les Echiurides. Les Myzostomides. Les Sipunculides. Les Lophophoriens. Groupes incertae sedis.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