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 et nano-électronique, bases, composants, circuits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Fanet,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EEA. Technologie 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407.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2100491415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 électronique/ microélectronique/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 façon exhaustive l'art de la miniaturisation en électronique intégrée, en étudiant l'ensemble des aspects physiques, technologiques et architecturaux de la micro-électronique et de la nanoélectronique. Les bases de ces disciplines ainsi que les progrès les plus récents sont exposés : principes de fonctionnement des composants électroniques (physique des semi-conducteurs, électromagnétisme, mécanique quantique) ; transistor MOS (le plus utilisé) et transistor bipolaire ; procédés de fabrication de l'industrie micro-électronique ; fonctions analogiques et numériques de base ; circuits intégrés complexes, processeurs et mémoires ; composants nanométriques et architectures associées (nanofils, nanotubes...) ; perspectives d'utilisation, circuits électroniques de demain. Ce livre s'adresse principalement aux ingénieurs et chercheurs en électronique, ainsi qu'aux enseignants et étudiants du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