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 XML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Petitjean, Arnaud/ Saint-Laurent,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 micro(N°:None)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357-364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2746400944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markup language/ interopérabilité/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propose une initiation claire et accessible à XML, complétée d'astuces et de conseils pratiques, qui vous donneront de solides connaissances et une réelle assurance dans le balisage XML.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