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2711771237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DUT génie électrique/ BTS électronique/ </w:t>
            </w:r>
          </w:p>
        </w:tc>
      </w:tr>
    </w:tbl>
    <w:p>
      <w:pPr>
        <w:pStyle w:val="Heading3"/>
      </w:pPr>
      <w:r>
        <w:t>Résumé :</w:t>
      </w:r>
    </w:p>
    <w:p>
      <w:r>
        <w:t>Entièrement nouveau, ce cours couvre point par point et en deux volumes indépendants la totalité du programme d'électronique du premier cycle de l'enseignement supérieur. Il est illustré de 108 exercices, avec leurs solutions. Chaque thème du programme fait l'objet d'un chapitre distinct comportant les développements théoriques, des exemples concrets et des exercices de difficulté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