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Bogdan/ Ripoll, Christian/ Delabie, Christian/ Latorre,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497-505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logique combinatoire et séquentielle/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rassemble toutes les connaissances fondamentales et les données techniques utiles de l'électronique :</w:t>
        <w:br/>
        <w:br/>
        <w:t>•</w:t>
        <w:tab/>
        <w:t>grandeurs physiques et électriques ;</w:t>
        <w:br/>
        <w:br/>
        <w:t>•</w:t>
        <w:tab/>
        <w:t>matériaux et composants passifs, réseaux et filtres ;</w:t>
        <w:br/>
        <w:br/>
        <w:t>•</w:t>
        <w:tab/>
        <w:t>dipôles non linéaires ;</w:t>
        <w:br/>
        <w:br/>
        <w:t>•</w:t>
        <w:tab/>
        <w:t>capteurs ;</w:t>
        <w:br/>
        <w:br/>
        <w:t>•</w:t>
        <w:tab/>
        <w:t>diodes et transistors ;</w:t>
        <w:br/>
        <w:br/>
        <w:t>•</w:t>
        <w:tab/>
        <w:t>éléments amplificateurs, rétroaction ;</w:t>
        <w:br/>
        <w:br/>
        <w:t>•</w:t>
        <w:tab/>
        <w:t>amplificateurs opérationnels ;</w:t>
        <w:br/>
        <w:br/>
        <w:t>•</w:t>
        <w:tab/>
        <w:t>dispositifs à seuil ;</w:t>
        <w:br/>
        <w:br/>
        <w:t>•</w:t>
        <w:tab/>
        <w:t>multiplicateur et fonction-produit ;</w:t>
        <w:br/>
        <w:br/>
        <w:t>•</w:t>
        <w:tab/>
        <w:t>générateurs de fréquences ;</w:t>
        <w:br/>
        <w:br/>
        <w:t>•</w:t>
        <w:tab/>
        <w:t>relais et interrupteurs analogiques ;</w:t>
        <w:br/>
        <w:br/>
        <w:t>•</w:t>
        <w:tab/>
        <w:t>alimentation à découpage, régulateurs de tension et amplificateurs de puissance ;</w:t>
        <w:br/>
        <w:br/>
        <w:t>•</w:t>
        <w:tab/>
        <w:t>transistors gaas ;</w:t>
        <w:br/>
        <w:br/>
        <w:t>•</w:t>
        <w:tab/>
        <w:t>éléments de circuits logiques.</w:t>
        <w:br/>
        <w:br/>
        <w:t>cette 5e édition, entièrement revue et mise à jour, a été enrichie de nouveaux chapitres sur les capteurs, les oscillateurs à quartz, les boucles à verrouillage de phase, la logique combinatoire et séquentielle, le langage vhdl et les circuits intégrés numériques.</w:t>
        <w:br/>
        <w:br/>
        <w:t>c'est l'outil de travail indispensable des ingénieurs, techniciens et étudiants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