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Anselme,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Maxi fiches(N°:None)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9782100552610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présente, en 80 fiches synthétiques, les principales données de la biologie cellulaire.</w:t>
        <w:br/>
        <w:br/>
        <w:br/>
        <w:br/>
        <w:t>Contenu :</w:t>
        <w:br/>
        <w:br/>
        <w:br/>
        <w:br/>
        <w:t>L'organisation cellulaire du vivant</w:t>
        <w:br/>
        <w:br/>
        <w:t>Le cycle cellulaire et ses points de contrôle</w:t>
        <w:br/>
        <w:br/>
        <w:t>Les mécanismes de signalisation</w:t>
        <w:br/>
        <w:br/>
        <w:t>Les notions essentielles de biochimie</w:t>
        <w:br/>
        <w:br/>
        <w:t>Les flux inter-cellulaires</w:t>
        <w:br/>
        <w:br/>
        <w:t>Le cytosquelette</w:t>
        <w:br/>
        <w:br/>
        <w:t>Les membranes</w:t>
        <w:br/>
        <w:br/>
        <w:t>L'information génétique et son expression</w:t>
        <w:br/>
        <w:br/>
        <w:t>Un outil efficace pour retenir l'essentiel et réviser facilement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