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méthodes d'analyse biochimique.T1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Audigié, Claude/ Dupont, Gérard/ Zonszain, François/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174 p.</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2704007470</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w:t>
            </w:r>
          </w:p>
        </w:tc>
      </w:tr>
    </w:tbl>
    <w:p>
      <w:pPr>
        <w:pStyle w:val="Heading3"/>
      </w:pPr>
      <w:r>
        <w:t>Résumé :</w:t>
      </w:r>
    </w:p>
    <w:p>
      <w:r>
        <w:t>Cette nouvelle édition entièrement réactualisée et complétée apportera au technicien biochimiste la connaissance des concepts scientifiques qui lui permettront de comprendre les analyses qu'il pratique et les appareils qu'il utilise. Complet, ce livre a été écrit par un physicien et deux biochimistes, de façon à recouvrir des aspects physicochimiques et biologiques de l'analyse biochimique. Simple, il aidera à la préparation aux examens : Baccalauréat technologique F7 et F7', classe préparatoire TB', BTS d'analyse biologique, biochimie et biotechnologie, ainsi qu'au DUT de biologie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