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Zoologie.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Boué, Henry/ Chanton, Louis-Robert/ </w:t>
            </w:r>
          </w:p>
        </w:tc>
      </w:tr>
      <w:tr>
        <w:trPr>
          <w:trHeight w:val="567"/>
        </w:trPr>
        <w:tc>
          <w:tcPr>
            <w:tcW w:type="dxa" w:w="3000"/>
          </w:tcPr>
          <w:p>
            <w:r>
              <w:t>Edition</w:t>
            </w:r>
          </w:p>
        </w:tc>
        <w:tc>
          <w:tcPr>
            <w:tcW w:type="dxa" w:w="7000"/>
          </w:tcPr>
          <w:p>
            <w:r>
              <w:t>3e éd, rev. , corr. et aug, 2e tirage,</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740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2704002681</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zoologie/ invertébrés/ </w:t>
            </w:r>
          </w:p>
        </w:tc>
      </w:tr>
    </w:tbl>
    <w:p>
      <w:pPr>
        <w:pStyle w:val="Heading3"/>
      </w:pPr>
      <w:r>
        <w:t>Résumé :</w:t>
      </w:r>
    </w:p>
    <w:p>
      <w:r>
        <w:t>Cet ouvrage constitue une introduction complète à la **zoologie des invertébrés**, qui représentent la grande majorité des espèces animales connues. Il présente les caractéristiques générales de leur organisation, leur diversité, leur évolution et leurs adaptations écologiques. Le livre est structuré autour des grands embranchements d’invertébrés, en suivant une démarche **anatomique, morphologique, physiologique et phylogénétique**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