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d'histologie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Poirier,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222539105x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histologie/ tissu musculaire/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concise et claire à l’histologie, discipline qui étudie les tissus et leur organisation microscopique.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