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Sphénophytes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Boureau, Édouard/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121-123. Index. p-p 163-167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sphénophyte/ fossile/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partie premiers: généralités, morphologie des équisétinée, origine et évolution des sphénophytes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