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André/ Cassier,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VII-648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2100035096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animale/ anatomie comparée/ Vertébrés/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