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Astuces et méthodes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Gallès, Claude/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210003880x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pratique/ conception de circuit/ </w:t>
            </w:r>
          </w:p>
        </w:tc>
      </w:tr>
    </w:tbl>
    <w:p>
      <w:pPr>
        <w:pStyle w:val="Heading3"/>
      </w:pPr>
      <w:r>
        <w:t>Résumé :</w:t>
      </w:r>
    </w:p>
    <w:p>
      <w:r>
        <w:t>Les électroniciens sont souvent à l'affût d'astuces qui rendent la pratique de ce loisir plus agréable. les professionnels apprécient aussi ces " petits plus " qui permettent de simplifier certains schémas ou d'accélérer leur mise au point. ce mémento est un recueil de nombreuses astuces glanées au fil de la pratique de l'auteur, en bureau d'étude comme en phase d'industrialisation. tous les thèmes sont abordés, de l'analogique au digital, des fonctions logiques basiques au microcontrôleur, du maquettage à la fabrication en série. un exemple : l'art et la manière de remplacer un composant par un autre lorsqu'il n'est plus disponible ou qu'il coûte trop cher. cet ouvrage intéressera aussi bien l'amateur, débutant ou chevronné, que le professionnel, en phase de conception, de mise au point, ou d'industrialisation. un livre à garder sous la main, entre les documentations des constructeurs et le fer à souder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