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Logiciels PC pour l'léctronique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couc.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2855352495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de simulation/ circuit imprimé/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aborde tous les aspects de l'utilisation du pc pour la conception, la mise au point et la réalisation de montages électroniques : saisie de schémas, création de circuits imprimés, simulation analogique et digitale, développement de code pour composants programmables, instrumentation virtuelle, etc. </w:t>
        <w:br/>
        <w:br/>
        <w:t xml:space="preserve">le cd-rom accompagnant l'ouvrage rassemble le meilleur de ce que l'auteur a pu dénicher dans ces domaines : logiciels gratuits, recueils de caractéristiques et équivalences de composants, versions limitées de logiciels souvent très puissants, etc. l'équivalent de nombreux cartons de disquettes pas toujours faciles à se procurer... </w:t>
        <w:br/>
        <w:br/>
        <w:t>soigneusement essayés et commentés sans complaisance, ces logiciels en provenance du monde entier permettent de passer véritablement à la pratique, souvent sans bourse défier. il suffit de disposer d'un pc et d'avoir accès à un lecteur de cd-rom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