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du signal, théorie et applications.P3, solutions des problèmes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Guerchaoui, Atman/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295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9789961013205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traitement de la parole et du son/ filtrage numérique et analogique/ </w:t>
            </w:r>
          </w:p>
        </w:tc>
      </w:tr>
    </w:tbl>
    <w:p>
      <w:pPr>
        <w:pStyle w:val="Heading3"/>
      </w:pPr>
      <w:r>
        <w:t>Résumé :</w:t>
      </w:r>
    </w:p>
    <w:p>
      <w:r>
        <w:t>Le traitement du signal est une discipline des sciences modernes. il repose sur la rigueur des sciences exactes sur le plan théorique et se place en amont et en aval dans l'utilisation des moyens pratiques performants rendus possibles par l'évolution prodigieuse des sciences électroniques et informatiques. l' ouvrage est édité en deux parties; cette deuxième partie est constituée par les chapitres allant de vi à ix. dans ces derniers, dédiés à la manipulation des signaux sous forme discrète, on traite les thèmes filtrage numérique, analyse spectrale, traitement des signaux, qui représentent indéniablement des sujets importants d'application. le lecteur trouvera des exemples et des applications relatives à des situations réelles rencontrées dans des domaines comme la géophysique, la caractérisation de systèmes linéaires physiques. la vérification des acquis dans ces domaines se fera grâce à de nombreux exercices.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