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XXI-240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9782100543083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électronique/ jonction PN/ diodes à semi-conducteurs/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en Licence dans son assimilation des connaissances de base en électronique : jonction PN, diodes à semi-conducteurs, composants électroniques, amplificateurs, filtrage, circuits logiques Dans chaque chapitre, le lecteur trouvera :</w:t>
        <w:br/>
        <w:br/>
        <w:t>- Un rappel de cours concis.</w:t>
        <w:br/>
        <w:br/>
        <w:t>- Des énoncés d'exercices classés par ordre de difficulté croissante et qui suivent l'ordre d'exposition des notions dans le cours. Une rubrique «Du mal à démarrer ?» : pour chaque question, une indication est proposée afin d'aider l'élève à démarrer la résolution de l'exercice.</w:t>
        <w:br/>
        <w:br/>
        <w:t>- Les solutions détaillées des exercices. A la fin de chaque solution, une rubrique «Ce qu'il faut retenir de cet exercice» propose un bilan méthodologique.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