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Annales corrigées, BTS électronique, 1992-1993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Fichtali, Abdeltif/ Weber, Fabienne/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2840740974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annale corrigée/ étude d’un système technique/ </w:t>
            </w:r>
          </w:p>
        </w:tc>
      </w:tr>
    </w:tbl>
    <w:p>
      <w:pPr>
        <w:pStyle w:val="Heading3"/>
      </w:pPr>
      <w:r>
        <w:t>Résumé :</w:t>
      </w:r>
    </w:p>
    <w:p>
      <w:r>
        <w:t>Ce recueil rassemble les sujets d’examens officiels du BTS électronique pour les sessions 1992 et 1993, accompagnés de leurs corrigés détaillés.</w:t>
        <w:br/>
        <w:br/>
        <w:t>il est structuré autour des trois disciplines fondamentales de la formation :</w:t>
        <w:br/>
        <w:br/>
        <w:t>étude d’un système technique : analyse de systèmes électroniques réels (schémas, fonctionnement, dimensionnement, calculs de performances), résolution de problèmes appliqués à des circuits analogiques et numériques.</w:t>
        <w:br/>
        <w:br/>
        <w:t>physique appliquée : rappels de principes de base (électricité, électromagnétisme, électronique des composants), applications à des situations concrètes liées aux systèmes étudiés.</w:t>
        <w:br/>
        <w:br/>
        <w:t>mathématiques : outils indispensables pour l’électronique (algèbre, trigonométrie, analyse, fonctions, équations différentielles, probabilités, statistiques), avec mise en pratique dans la résolution de problèmes techniques.</w:t>
        <w:br/>
        <w:br/>
        <w:t>l’ouvrage met l’accent sur la méthodologie de résolution des sujets, la mise en application des notions théoriques, la préparation aux examens par l’entraînement sur des cas concrets, le développement d’une rigueur scientifique et technique adaptée au niveau bts.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