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de l'évolution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Devillers, Charles/ Mahé, Joël/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141-143.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2225645817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évolution (biologie)/ </w:t>
            </w:r>
          </w:p>
        </w:tc>
      </w:tr>
    </w:tbl>
    <w:p>
      <w:pPr>
        <w:pStyle w:val="Heading3"/>
      </w:pPr>
      <w:r>
        <w:t>Résumé :</w:t>
      </w:r>
    </w:p>
    <w:p>
      <w:r>
        <w:t>Petit "exposé analytique et critique des conceptions actuelles sur la mécanique évolutive, dans le cadre de la théorie synthétique de l'évolution". Deux grandes parties: Les objets de l'évolution - Les forces directrices de l'évolution.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