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Annales corrigées, BTS électronique, 1996-1997-1998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Fichtali, Abdeltif/ Weber, Fabienne/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BTS électronique/ problème d’électronique/ </w:t>
            </w:r>
          </w:p>
        </w:tc>
      </w:tr>
    </w:tbl>
    <w:p>
      <w:pPr>
        <w:pStyle w:val="Heading3"/>
      </w:pPr>
      <w:r>
        <w:t>Résumé :</w:t>
      </w:r>
    </w:p>
    <w:p>
      <w:r>
        <w:t>Sont corrigées dans cet ouvrage les épreuves principales du bts d'électronique des années 1996-1997-1998 de :</w:t>
        <w:br/>
        <w:br/>
        <w:t>- l'étude d'un système technique,</w:t>
        <w:br/>
        <w:br/>
        <w:t>- l'épreuve de physique appliquée,</w:t>
        <w:br/>
        <w:br/>
        <w:t>- l'épreuve de mathématiques.</w:t>
        <w:br/>
        <w:br/>
        <w:t>les étudiants pourront ainsi :</w:t>
        <w:br/>
        <w:br/>
        <w:t>- contrôler leurs connaissances dans les trois matières clés</w:t>
        <w:br/>
        <w:br/>
        <w:t>de l'électronique, celles aussi dont les coefficients à l'examen sont les plus importants ;</w:t>
        <w:br/>
        <w:br/>
        <w:t>- synthétiser les problèmes qu'ils rencontreront aussi bien lors de leur formation que dans leur vie professionnelle.</w:t>
        <w:br/>
        <w:br/>
        <w:t>ce livre s'adresse en priorité aux étudiants préparant :</w:t>
        <w:br/>
        <w:br/>
        <w:t>- le bts d'électronique ;</w:t>
        <w:br/>
        <w:br/>
        <w:t>- le bts d'électrotechnique ;</w:t>
        <w:br/>
        <w:br/>
        <w:t>- le dut de génie électrique et d'informatique industrielle ;</w:t>
        <w:br/>
        <w:br/>
        <w:t>mais aussi bien sûr aux auditeurs du cnam et des formations continues.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