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numeriques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Floyd, Thomas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Reynald Goulet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867-872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9872893774992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