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Floyd, Thomas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Reynald Goulet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XIX-953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2893771718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Elèctronique/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composant discret/ 199/ </w:t>
            </w:r>
          </w:p>
        </w:tc>
      </w:tr>
    </w:tbl>
    <w:p>
      <w:pPr>
        <w:pStyle w:val="Heading3"/>
      </w:pPr>
      <w:r>
        <w:t>Résumé :</w:t>
      </w:r>
    </w:p>
    <w:p>
      <w:r>
        <w:t>Les concepts des composants électroniques et des circuits : les composants discrets et les circuits intégrés linéaires. Une grande partie du texte, consacrée au dépannage, aux applications et à l'utilisation de fiches techniques, permet de faire le lien entre l'aspect théorique et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