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petit livre des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Poole, Lon/ Rizzo, John/ Munier,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 p.p. 249-258 Index p.p. 259-262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2744007609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Réseaux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connexion à distance/ logiciel réseau/ </w:t>
            </w:r>
          </w:p>
        </w:tc>
      </w:tr>
    </w:tbl>
    <w:p>
      <w:pPr>
        <w:pStyle w:val="Heading3"/>
      </w:pPr>
      <w:r>
        <w:t>Résumé :</w:t>
      </w:r>
    </w:p>
    <w:p>
      <w:r>
        <w:t>Vous souhaitez installer un réseau chez vous ou sur votre lieu de travail, Le Petit Livre des réseaux répondra à toutes vos questions.</w:t>
        <w:br/>
        <w:br/>
        <w:t>Dans un style clair, les auteurs vous livrent toutes les informations sur le matériel, les logiciels, l'installation et les protocoles. Après lecture de cet ouvrage, vous saurez bâtir vous-même des réseaux rapidement opérationnels et améliorerez ainsi votre système de communication personnel ou professionnel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