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Principes d'intelligence artificielle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Nilsson, Nils j./ Manago, Anne/ Manago, Michel/ </w:t>
            </w:r>
          </w:p>
        </w:tc>
      </w:tr>
      <w:tr>
        <w:trPr>
          <w:trHeight w:val="567"/>
        </w:trPr>
        <w:tc>
          <w:tcPr>
            <w:tcW w:type="dxa" w:w="3000"/>
          </w:tcPr>
          <w:p>
            <w:r>
              <w:t>Adresse bib.</w:t>
            </w:r>
          </w:p>
        </w:tc>
        <w:tc>
          <w:tcPr>
            <w:tcW w:type="dxa" w:w="7000"/>
          </w:tcPr>
          <w:p>
            <w:r>
              <w:t xml:space="preserve">Cepadues Edidtions/ </w:t>
            </w:r>
          </w:p>
        </w:tc>
      </w:tr>
      <w:tr>
        <w:trPr>
          <w:trHeight w:val="567"/>
        </w:trPr>
        <w:tc>
          <w:tcPr>
            <w:tcW w:type="dxa" w:w="3000"/>
          </w:tcPr>
          <w:p>
            <w:r>
              <w:t>Nombre de Pages</w:t>
            </w:r>
          </w:p>
        </w:tc>
        <w:tc>
          <w:tcPr>
            <w:tcW w:type="dxa" w:w="7000"/>
          </w:tcPr>
          <w:p>
            <w:r>
              <w:t>446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Techniques avancées de l'informatique(N°:None)</w:t>
            </w:r>
          </w:p>
        </w:tc>
      </w:tr>
      <w:tr>
        <w:trPr>
          <w:trHeight w:val="567"/>
        </w:trPr>
        <w:tc>
          <w:tcPr>
            <w:tcW w:type="dxa" w:w="3000"/>
          </w:tcPr>
          <w:p>
            <w:r>
              <w:t>Notes Générales</w:t>
            </w:r>
          </w:p>
        </w:tc>
        <w:tc>
          <w:tcPr>
            <w:tcW w:type="dxa" w:w="7000"/>
          </w:tcPr>
          <w:p>
            <w:r>
              <w:t>Bibliogr. p.p. 401-434  Index p.p. 435-446</w:t>
            </w:r>
          </w:p>
        </w:tc>
      </w:tr>
      <w:tr>
        <w:trPr>
          <w:trHeight w:val="567"/>
        </w:trPr>
        <w:tc>
          <w:tcPr>
            <w:tcW w:type="dxa" w:w="3000"/>
          </w:tcPr>
          <w:p>
            <w:r>
              <w:t>Numéro d'Identification</w:t>
            </w:r>
          </w:p>
        </w:tc>
        <w:tc>
          <w:tcPr>
            <w:tcW w:type="dxa" w:w="7000"/>
          </w:tcPr>
          <w:p>
            <w:r>
              <w:t>2854281802</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l’intelligence artificielle/ </w:t>
            </w:r>
          </w:p>
        </w:tc>
      </w:tr>
    </w:tbl>
    <w:p>
      <w:pPr>
        <w:pStyle w:val="Heading3"/>
      </w:pPr>
      <w:r>
        <w:t>Résumé :</w:t>
      </w:r>
    </w:p>
    <w:p>
      <w:r>
        <w:t>L'objectif de ce livre est de décrire les thèmes fondamentaux en Intelligence Artificielle, thèmes que l'on retrouve dans la majorité des applications. Les idées sont organisées en fonction de concepts généraux en informatique et non pas en fonction des applications proprement dites. Principes d'Intelligence Artificielle est à la fois une introduction au domaine et un ouvrage de référence. Ce livre est destiné à des personnes qui ont déjà des notions d'informatique. A la fin de chaque chapitre, le lecteur trouvera en abondance des exercices et des références lui permettant d'accéder à la littérature fondamentale du domaine.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