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avec Maple 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Geddes, K.O/ Heal, K.M/ Labahn, G/ Devitt, J.S/ Monagan, Michael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383-395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354060734X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syntaxe/ maple/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quiconque souhaite maîtriser la programmation avec Maple V, en offrant des explications claires et des exemples concrets.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