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Essentials electronics for PC technicians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Farber, John W/ </w:t>
            </w:r>
          </w:p>
        </w:tc>
      </w:tr>
      <w:tr>
        <w:trPr>
          <w:trHeight w:val="567"/>
        </w:trPr>
        <w:tc>
          <w:tcPr>
            <w:tcW w:type="dxa" w:w="3000"/>
          </w:tcPr>
          <w:p>
            <w:r>
              <w:t>Edition</w:t>
            </w:r>
          </w:p>
        </w:tc>
        <w:tc>
          <w:tcPr>
            <w:tcW w:type="dxa" w:w="7000"/>
          </w:tcPr>
          <w:p>
            <w:r>
              <w:t>First edition (2006)</w:t>
            </w:r>
          </w:p>
        </w:tc>
      </w:tr>
      <w:tr>
        <w:trPr>
          <w:trHeight w:val="567"/>
        </w:trPr>
        <w:tc>
          <w:tcPr>
            <w:tcW w:type="dxa" w:w="3000"/>
          </w:tcPr>
          <w:p>
            <w:r>
              <w:t>Adresse bib.</w:t>
            </w:r>
          </w:p>
        </w:tc>
        <w:tc>
          <w:tcPr>
            <w:tcW w:type="dxa" w:w="7000"/>
          </w:tcPr>
          <w:p>
            <w:r>
              <w:t xml:space="preserve">Firewall Media/ </w:t>
            </w:r>
          </w:p>
        </w:tc>
      </w:tr>
      <w:tr>
        <w:trPr>
          <w:trHeight w:val="567"/>
        </w:trPr>
        <w:tc>
          <w:tcPr>
            <w:tcW w:type="dxa" w:w="3000"/>
          </w:tcPr>
          <w:p>
            <w:r>
              <w:t>Nombre de Pages</w:t>
            </w:r>
          </w:p>
        </w:tc>
        <w:tc>
          <w:tcPr>
            <w:tcW w:type="dxa" w:w="7000"/>
          </w:tcPr>
          <w:p>
            <w:r>
              <w:t>546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531-546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essentiel electronics/ pc overview/ </w:t>
            </w:r>
          </w:p>
        </w:tc>
      </w:tr>
    </w:tbl>
    <w:p>
      <w:pPr>
        <w:pStyle w:val="Heading3"/>
      </w:pPr>
      <w:r>
        <w:t>Résumé :</w:t>
      </w:r>
    </w:p>
    <w:p>
      <w:r>
        <w:t>As computer networks become more and more complex, the need for professionals with the skills to repair and maintain these networks increases. Essential Electronics for PC Technicians teaches readers the fundamental electrical and electronic concepts needed to work successfully with personal computers and networking equipment on an installation or maintenance level. Topics include electrical safety and ESD, the electric circuit, voltage sources, conventional current flow, basic DC and AC circuits, basic electronic devices, types of grounds, shorts and opens, current, voltage, resistance, power, and impedance and the need to match impedances. The book also addresses typical circuits and devices encountered when installing, upgrading, or repairing PCs and network equipment, such as Ethernet cards, hubs, switches and routers, power supplies and power line-conditioners. The fundamentals of radio transmission and reception, as they apply to wireless PC devices, are also covered in detail.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