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Asservissements linéaires échantillonnés et représentation d'état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Egon, Hubert/ Marié, Michel/ Porée,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2705664149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l’échantillonnage/ aliasing/ équations d’état/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d’écoles d’ingénieurs, aux universitaires et aux praticiens de l’automatique. Il traite des systèmes linéaires échantillonnés (systèmes à temps discret issus de l’échantillonnage) et de leur représentation dans l’espace d’état. L’ouvrage met l’accent sur la modélisation, l’analyse de stabilité et la conception des asservissements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