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réseaux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Pujolle, Guy/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1035-1052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2212091192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modèle OSI/ technologies sans fil/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livre qui traite des concepts fondamentaux des réseaux de communication. L’auteur y présente l’évolution des réseaux depuis leurs débuts jusqu’à l’ère moderne, en expliquant comment ils ont transformé les communications et les échanges d’informations.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