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filtrage des signaux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Declercq, David/ Quinquis, André/ </w:t>
            </w:r>
          </w:p>
        </w:tc>
      </w:tr>
      <w:tr>
        <w:trPr>
          <w:trHeight w:val="567"/>
        </w:trPr>
        <w:tc>
          <w:tcPr>
            <w:tcW w:type="dxa" w:w="3000"/>
          </w:tcPr>
          <w:p>
            <w:r>
              <w:t>Adresse bib.</w:t>
            </w:r>
          </w:p>
        </w:tc>
        <w:tc>
          <w:tcPr>
            <w:tcW w:type="dxa" w:w="7000"/>
          </w:tcPr>
          <w:p>
            <w:r>
              <w:t xml:space="preserve">Hermes/ </w:t>
            </w:r>
          </w:p>
        </w:tc>
      </w:tr>
      <w:tr>
        <w:trPr>
          <w:trHeight w:val="567"/>
        </w:trPr>
        <w:tc>
          <w:tcPr>
            <w:tcW w:type="dxa" w:w="3000"/>
          </w:tcPr>
          <w:p>
            <w:r>
              <w:t>Nombre de Pages</w:t>
            </w:r>
          </w:p>
        </w:tc>
        <w:tc>
          <w:tcPr>
            <w:tcW w:type="dxa" w:w="7000"/>
          </w:tcPr>
          <w:p>
            <w:r>
              <w:t>106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Traitement du signal(N°:None)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2866015525</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traitement du signal/ atténuation et bande passante/ </w:t>
            </w:r>
          </w:p>
        </w:tc>
      </w:tr>
    </w:tbl>
    <w:p>
      <w:pPr>
        <w:pStyle w:val="Heading3"/>
      </w:pPr>
      <w:r>
        <w:t>Résumé :</w:t>
      </w:r>
    </w:p>
    <w:p>
      <w:r>
        <w:t>Composée de quatre volumes, la collection signaux et systèmes en questions répond à la nécessité pour l'étudiant ou l'ingénieur d'affronter les problèmes liés au traitement du signal et comble une lacune. elle présente le traitement du signal sous une forme originale, celle des questions et des réponses. a chaque question correspondent un développement, un exemple et/ou une figure. ces éléments permettent au lecteur d'appréhender tous les aspects des technologies traitées. les auteurs david declercq ingénieur ensea. andré quinquis est enseignant-chercheur en traitement du signal à l'ensieta et à l'université de bretagne occidentale à brest. on décrit dans ce volume les différents types de filtres analogiques et les notions de base qui les caractérisent (gabarit, fréquence de coupure...) ainsi que les conditions de leur stabilité. la deuxième partie est dédiée à l'étude des filtres numériques, à leur synthèse et à leurs utilisations.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