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cytologie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2225466734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noyau/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synthèse clair et concise  de la cytologie.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