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Pour s'initier à l'électronique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Fighiera, Bernard/ Knoerr,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Initiation(N°:None)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210049712X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électronique/ </w:t>
            </w:r>
          </w:p>
        </w:tc>
      </w:tr>
    </w:tbl>
    <w:p>
      <w:pPr>
        <w:pStyle w:val="Heading3"/>
      </w:pPr>
      <w:r>
        <w:t>Résumé :</w:t>
      </w:r>
    </w:p>
    <w:p>
      <w:r>
        <w:t>Pour s'initier à l'électronique » propose 30 montages simples et testés, destinés aux débutants qui souhaitent apprendre l'électronique par la pratique. Le livre met l'accent sur des montages utiles, faciles à monter et à comprendre, avec des conseils de câblage, des explications sur le fonctionnement des composants et des indications pour le dépannage.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