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 op.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Dattée, François/ Della Maestra, Serge/ 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2711741966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circuits électronique/ bases de l’amplificateur opérationnel/ </w:t>
            </w:r>
          </w:p>
        </w:tc>
      </w:tr>
    </w:tbl>
    <w:p>
      <w:pPr>
        <w:pStyle w:val="Heading3"/>
      </w:pPr>
      <w:r>
        <w:t>Résumé :</w:t>
      </w:r>
    </w:p>
    <w:p>
      <w:r>
        <w:t>L’ouvrage « Ampli. op. — Travaux pratiques et dirigés » de François Dattée constitue un manuel d’enseignement destiné aux étudiants de BTS, IUT, classes préparatoires et CNAM. Il est centré sur l’étude et la mise en pratique de l’amplificateur opérationnel, composant clé de l’électronique analogique.L’objectif du livre est de fournir un support équilibré entre théorie et expérimentation. Après un rappel des principes de base, les auteurs introduisent les caractéristiques réelles des amplificateurs opérationnels (gain, impédances, limitations, bande passante) et les effets qui en découlent.Les chapitres de travaux dirigés présentent les montages fondamentaux : inverseur, non-inverseur, additionneur, soustracteur, comparateur, intégrateur, dérivateur. Ces montages permettent d’acquérir une compréhension progressive des possibilités offertes par l’amplificateur opérationnel.La partie travaux pratiques propose des manipulations expérimentales : câblage de montages simples, mesures des tensions d’offset, observation de la saturation, vérification de la bande passante et mise en évidence des limitations pratiques. Ces expériences renforcent la compréhension des concepts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