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à domicile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Thibault/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477-485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9782300030956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passe en revue les principales étapes pour installer un réseau à domicile. Apprenez ainsi à bien choisir votre matériel, installer les éléments de son réseau, relier tous vos ordinateurs à Internet, partager vos fichiers, assurer la sécurité du réseau, utiliser des applications multimédia en réseau...</w:t>
        <w:br/>
        <w:br/>
        <w:br/>
        <w:br/>
        <w:t>Chaque chapitre se termine par des exercices pour mettre directement en application ce que vous venez d'étudier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