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Neurobiologie cellulaire.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Clos, Jean/ Muller, Yves/ Périlleux, Eric/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Les Cahiers de la 128(N°:None)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2091909416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tube neural/ cytologie/ </w:t>
            </w:r>
          </w:p>
        </w:tc>
      </w:tr>
    </w:tbl>
    <w:p>
      <w:pPr>
        <w:pStyle w:val="Heading3"/>
      </w:pPr>
      <w:r>
        <w:t>Résumé :</w:t>
      </w:r>
    </w:p>
    <w:p>
      <w:r>
        <w:t>Cet ouvrage introduit les bases de la neurobiologie cellulaire en décrivant la structure, le fonctionnement et l’organisation du tissu nerveux. Il met en évidence la spécificité des cellules nerveuses et leur rôle dans le traitement et la transmission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